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הדמויות בסיפור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הדמויות המרכזיות בסיפור ואת תכונותיהן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השינוי שעובר על הדמויות לאורך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הפער בין התדמית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אאוגוסטו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תלמיד מצטיין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אמו של החבר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בתכונותיו של אאוגוסטו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מאחורי התדמית הסתתרו עוני ואם 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תוארה כעייפה וחיוורת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משרתת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(מספר הסיפור, תלמיד מצטיין שמתחרט כשהוא 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(נער יפה שמסתיר עוני ובושה)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(אישה עייפה שמקריבה את כבודה למען 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(קבוצה שעוברת מהערצה לבוז)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השינוי שעובר אאוגוסטו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אאוגוסטו הוא תלמיד מצטיין שמעריץ את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הסוד על עוני החבר נחשף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אאוגוסטו נסחף אחרי בוז הכיתה כלפי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בחנות, כשהחבר פוגע בו, הוא מחזיר מכה כואבת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יסבירו שהתדמית נבנתה מתוך פרטים חיצוניים (יופי, הופעה) ומתוך דמיון של הכיתה, ולא מדברים שהחבר אמר בעצמו.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צריכים לזהות את אאוגוסטו כמספר ולציין שהוא עובר משיפוטיות לחרטה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צריכים להציג לפחות שני הבדלים בין התדמית למציאות (עושר מול עוני, משרתת מול אם)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צריכים להבחין בין דמויות דינמיות (אאוגוסטו, הכיתה) לדמויות סטטיות (האם, הדוד)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בחזרה קצרה על טבלת התדמית מול המציאות מתוך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פתוח בשאלת ההצדקה של מעשה הנקמה כדי לפתח חשיבה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לעבוד בזוגות כדי לעודד שיח בין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הדמויות בסיפור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"החבר" יש כמה דמויות מרכזיות ומשניות, שלכל אחת מהן תכונות ותפקיד משלה בעלילה. חלק מהדמויות משתנות במהלך הסיפור וחלקן נשארות קבועות.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משרתת  ·  מספר  ·  עוני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מספר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אאוגוסטו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מקצועו של אאוגוסטו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שוליה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תלמיד מצטיין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עובד בבית מלאכה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הייתה "המשרתת" שהחבר דיבר עליה?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אמו של החבר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אאוגוסטו היה תלמיד מצטיין ושאפתן.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החבר היה עשיר באמת.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האם של החבר הייתה בריאה וחזקה.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אאוגוסטו הוא ה__________ של הסיפור, שמספר אותו בגוף ראשון.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החבר התבייש ב__________ שלו ושל משפחתו.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אמו של החבר נקראה בפי אאוגוסטו "ה__________".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אאוגוסטו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קבוצה שעוברת מהערצה לבוז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אישה עייפה שמקריבה את כבודה למען 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נער יפה שמסתיר עוני ובושה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בני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מספר הסיפור, תלמיד מצטיין שמתחרט כשהוא בוגר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השינוי שעובר אאוגוסטו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אאוגוסטו נסחף אחרי בוז הכיתה כלפי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בחנות, כשהחבר פוגע בו, הוא מחזיר מכה כואבת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אאוגוסטו הוא תלמיד מצטיין שמעריץ את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הסוד על עוני החבר נחשף לכיתה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בני הכיתה האמינו שהחבר עשיר, אף על פי שהוא מעולם לא אמר זאת.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מספר את הסיפור, ומה קורה לו כשהוא מתבגר?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איך שהכיתה חשבה על החבר לבין המציאות?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הדמויות בסיפור "החבר" מאת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