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הדמויות בסיפור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המרכזיות בסיפור ואת תכונותיהן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השינוי שעובר על הדמויות לאורך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הפער בין התדמית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 מצטיין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אין לו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אמו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עבר לגור אצל דודו ועבד כשוליה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בבוז וברגשות של רמאות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בתכונותיו של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מאחורי התדמית הסתתרו עוני ואם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תוארה כעייפה וחיוורת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דמיינו את ביתו מתוך התדמית שבנו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הדוד העמיד אותו לעבוד בחנות כשוליה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כמבוגר הוא נושא חרטה ואהבה כל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משרתת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קיבוצית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חרשן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(מספר הסיפור, תלמיד מצטיין שמתחרט כשהוא 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(נער יפה שמסתיר עוני ובושה)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(אישה עייפה שמקריבה את כבודה למען 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(קבוצה שעוברת מהערצה לבוז)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(מעסיק את החבר כשוליה בחנות)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השינוי שעובר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הוא תלמיד מצטיין שמעריץ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הסוד על עוני החבר נחשף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אאוגוסטו נסחף אחרי בוז הכיתה כלפי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בחנות, כשהחבר פוגע בו, הוא מחזיר מכה כואבת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כמבוגר, אאוגוסטו מבין את חומרת מעשיו ומתחרט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יסבירו שהתדמית נבנתה מתוך פרטים חיצוניים (יופי, הופעה) ומתוך דמיון של הכיתה, ולא מדברים שהחבר אמר בעצמו.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התלמידים יביעו עמדה ויסבירו אותה, למשל: לא מוצדק כי הגיב בכוח רב מדי; או: מובן כתגובה לפגיעה ולבגידה בחברות.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התלמידים יבחרו דמות (למשל האם, החבר) ויסבירו את הבחירה מתוך תכונות הדמות או התפתחותה בסיפור.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לזהות את אאוגוסטו כמספר ולציין שהוא עובר משיפוטיות לחרטה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להציג לפחות שני הבדלים בין התדמית למציאות (עושר מול עוני, משרתת מול אם)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להבחין בין דמויות דינמיות (אאוגוסטו, הכיתה) לדמויות סטטיות (האם, הדוד)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בחזרה קצרה על טבלת התדמית מול המציאות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בשאלת ההצדקה של מעשה הנקמה כדי לפתח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כדי לעודד שיח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הדמויות בסיפור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יש כמה דמויות. לכל דמות יש תכונות משלה. חלק מהדמויות משתנות בסיפור וחלק לא משתנות.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כשהמספר מדבר על עצמו ואומר "אני"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משנית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חשובה אך לא הדמות הראשית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קיבוצית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שפועלת כמו דמות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תדמית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שאנשים אחרים רואים אותך, לא בהכרח האמת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שאחד ההורים שלו או שניהם נפטרו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נער שעובד ולומד מקצוע אצל בעל מקצוע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שינוי בדמות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הדמות משתנה מההתחלה לסוף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אאוגוסטו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אאוגוסטו היה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שוליה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 מצטיין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 בבית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לו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לו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לו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לו אאוגוסטו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הייתה ה"משרתת"?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 של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לחבר אחרי שאמו מתה?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 לגור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לבד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 לגור אצל דודו ועבד כשוליה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המשיך ללמוד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הכיתה הגיבה כשגילו את האמת?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בחמלה ובעזרה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בבוז וברגשות של רמאות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באדישות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בשמחה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היה תלמיד מצטיין ושאפתן.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היה עשיר באמת.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של החבר הייתה בריאה וחזקה.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הכיתה האמינו שבית החבר הוא כמו ארמון.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הדוד של החבר שלח אותו ללמוד באוניברסיטה.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הבוגר מתחרט על מה שעשה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אאוגוסטו הוא ה__________ של הסיפור, שמספר אותו בגוף ראשון.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החבר התבייש ב__________ שלו ושל משפחתו.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אמו של החבר נקראה בפי אאוגוסטו "ה__________".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מות אמו, החבר עבד כ__________ בחנות דודו.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בני הכיתה שימשו כדמות __________ - קבוצה שמייצגת רקע חברתי.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החבר הגן על עצמו בכך שתקף בחזרה, כמו "__________".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קבוצה שעוברת מהערצה לבוז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אישה עייפה שמקריבה את כבודה למען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מעסיק את החבר כשוליה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נער יפה שמסתיר עוני ובושה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הסיפור, תלמיד מצטיין שמתחרט כשהוא 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השינוי שעובר אאוגוסטו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כמבוגר, אאוגוסטו מבין את חומרת מעשיו ומתחרט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הוא תלמיד מצטיין שמעריץ את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הסוד על עוני החבר נחשף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נסחף אחרי בוז הכיתה כלפי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בחנות, כשהחבר פוגע בו, הוא מחזיר מכה כואבת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בני הכיתה האמינו שהחבר עשיר, אף על פי שהוא מעולם לא אמר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האם מעשהו של אאוגוסטו בחנות היה מוצדק? נמקו את תשובתכם.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על הדמות שהכי נגעה ללבכם בסיפור,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 את הסיפור, ומה קורה לו כשהוא מתבגר?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איך שהכיתה חשבה על החבר לבין המציאות?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לדמות שמשתנה ודמות אחת שלא משתנה בסיפור.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הדמויות בסיפור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